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  <w:jc w:val="center"/>
      </w:pPr>
      <w:r>
        <w:rPr>
          <w:b/>
          <w:i w:val="0"/>
          <w:sz w:val="26"/>
        </w:rPr>
        <w:t>Заявка № ________* на проведение сервисных работ</w:t>
      </w:r>
    </w:p>
    <w:p>
      <w:pPr>
        <w:spacing w:before="0" w:after="160"/>
        <w:jc w:val="center"/>
      </w:pPr>
      <w:r>
        <w:rPr>
          <w:b w:val="0"/>
          <w:i w:val="0"/>
        </w:rPr>
        <w:t>от «____» ______________ 20____ г.</w:t>
      </w:r>
    </w:p>
    <w:p>
      <w:pPr>
        <w:keepNext/>
        <w:spacing w:before="120" w:after="60"/>
      </w:pPr>
      <w:r>
        <w:rPr>
          <w:b/>
          <w:i w:val="0"/>
        </w:rPr>
        <w:t>Заказчик: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Наименование организации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Ф. И. О.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Должность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Телефон, e-mail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Адрес установки оборудования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Тип и модель оборудования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Серийный номер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Гарантийный талон № </w:t>
      </w:r>
      <w:r>
        <w:tab/>
      </w:r>
    </w:p>
    <w:p>
      <w:pPr>
        <w:keepNext/>
        <w:spacing w:before="120" w:after="60"/>
      </w:pPr>
      <w:r>
        <w:rPr>
          <w:b/>
          <w:i w:val="0"/>
        </w:rPr>
        <w:t>Вид работ (нужное отметить):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пусконаладка;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профилактическое обслуживание;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гарантийный ремонт;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постгарантийный ремонт;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модернизация.</w:t>
      </w:r>
    </w:p>
    <w:p>
      <w:pPr>
        <w:keepNext/>
        <w:spacing w:before="120" w:after="60"/>
      </w:pPr>
      <w:r>
        <w:rPr>
          <w:b/>
          <w:i w:val="0"/>
        </w:rPr>
        <w:t>Замечания к работе оборудования:</w:t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keepNext/>
        <w:spacing w:before="120" w:after="60"/>
      </w:pPr>
      <w:r>
        <w:rPr>
          <w:b/>
          <w:i w:val="0"/>
        </w:rPr>
        <w:t>Вид модернизации:</w:t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22"/>
      </w:tblGrid>
      <w:tr>
        <w:tc>
          <w:tcPr>
            <w:tcW w:type="dxa" w:w="4961"/>
          </w:tcPr>
          <w:p>
            <w:pPr>
              <w:spacing w:before="160"/>
            </w:pPr>
            <w:r>
              <w:rPr>
                <w:b/>
              </w:rPr>
              <w:t>Заказчик</w:t>
            </w:r>
          </w:p>
          <w:p>
            <w:pPr>
              <w:tabs>
                <w:tab w:pos="1941" w:val="right" w:leader="underscore"/>
                <w:tab w:pos="4450" w:val="right" w:leader="underscore"/>
              </w:tabs>
              <w:spacing w:before="0" w:after="0"/>
            </w:pPr>
            <w:r>
              <w:tab/>
              <w:t xml:space="preserve"> / </w:t>
            </w:r>
            <w:r>
              <w:tab/>
              <w:t xml:space="preserve"> /</w:t>
            </w:r>
          </w:p>
          <w:p>
            <w:pPr>
              <w:tabs>
                <w:tab w:pos="2310" w:val="left"/>
              </w:tabs>
              <w:spacing w:before="0" w:after="60"/>
            </w:pPr>
            <w:r>
              <w:rPr>
                <w:b w:val="0"/>
                <w:i/>
                <w:sz w:val="16"/>
              </w:rPr>
              <w:t>подпись</w:t>
            </w:r>
            <w:r>
              <w:rPr>
                <w:i/>
                <w:sz w:val="16"/>
              </w:rPr>
              <w:tab/>
              <w:t>Ф. И. О.</w:t>
            </w:r>
          </w:p>
        </w:tc>
      </w:tr>
    </w:tbl>
    <w:p>
      <w:pPr>
        <w:spacing w:before="0" w:after="40"/>
      </w:pPr>
    </w:p>
    <w:p>
      <w:pPr>
        <w:keepNext/>
        <w:spacing w:before="120" w:after="60"/>
      </w:pPr>
      <w:r>
        <w:rPr>
          <w:b/>
          <w:i w:val="0"/>
        </w:rPr>
        <w:t>Заполняет сервисная служба:</w:t>
      </w:r>
    </w:p>
    <w:p>
      <w:pPr>
        <w:spacing w:before="0" w:after="60"/>
      </w:pPr>
      <w:r>
        <w:rPr>
          <w:b w:val="0"/>
          <w:i w:val="0"/>
        </w:rPr>
        <w:t>Принята к исполнению «____» ______________ 20____ г.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Ф. И. О. принявшего </w:t>
      </w:r>
      <w:r>
        <w:tab/>
      </w:r>
    </w:p>
    <w:p>
      <w:pPr>
        <w:spacing w:before="0" w:after="60"/>
      </w:pPr>
      <w:r>
        <w:rPr>
          <w:b w:val="0"/>
          <w:i w:val="0"/>
        </w:rPr>
        <w:t>Дата исполнения «____» ______________ 20____ г.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22"/>
      </w:tblGrid>
      <w:tr>
        <w:tc>
          <w:tcPr>
            <w:tcW w:type="dxa" w:w="4961"/>
          </w:tcPr>
          <w:p>
            <w:pPr>
              <w:spacing w:before="160"/>
            </w:pPr>
            <w:r>
              <w:rPr>
                <w:b/>
              </w:rPr>
              <w:t>Исполнитель</w:t>
            </w:r>
          </w:p>
          <w:p>
            <w:pPr>
              <w:tabs>
                <w:tab w:pos="1941" w:val="right" w:leader="underscore"/>
                <w:tab w:pos="4450" w:val="right" w:leader="underscore"/>
              </w:tabs>
              <w:spacing w:before="0" w:after="0"/>
            </w:pPr>
            <w:r>
              <w:tab/>
              <w:t xml:space="preserve"> / </w:t>
            </w:r>
            <w:r>
              <w:tab/>
              <w:t xml:space="preserve"> /</w:t>
            </w:r>
          </w:p>
          <w:p>
            <w:pPr>
              <w:tabs>
                <w:tab w:pos="2310" w:val="left"/>
              </w:tabs>
              <w:spacing w:before="0" w:after="60"/>
            </w:pPr>
            <w:r>
              <w:rPr>
                <w:b w:val="0"/>
                <w:i/>
                <w:sz w:val="16"/>
              </w:rPr>
              <w:t>подпись</w:t>
            </w:r>
            <w:r>
              <w:rPr>
                <w:i/>
                <w:sz w:val="16"/>
              </w:rPr>
              <w:tab/>
              <w:t>Ф. И. О.</w:t>
            </w: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 w:val="0"/>
          <w:i/>
          <w:sz w:val="19"/>
        </w:rPr>
        <w:t>* Номер заявки проставляется после её поступления в сервисную службу и регистрации.</w:t>
      </w:r>
    </w:p>
    <w:sectPr w:rsidR="00FC693F" w:rsidRPr="0006063C" w:rsidSect="00034616"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сервисных работ</dc:title>
  <dc:subject>Бланк для сервиса оборудования</dc:subject>
  <dc:creator>Сайнбизнес — signbusiness.ru</dc:creator>
  <cp:keywords>бланк, акт, сервис, пусконаладка, принтер</cp:keywords>
  <dc:description>Бланк из базы знаний портала signbusiness.ru (theory_print). Можно изменять под свою организацию.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