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60"/>
        <w:jc w:val="center"/>
      </w:pPr>
      <w:r>
        <w:rPr>
          <w:b/>
          <w:i w:val="0"/>
          <w:sz w:val="26"/>
        </w:rPr>
        <w:t>Акт № ________ сдачи-приёмки пусконаладочных работ</w:t>
      </w:r>
    </w:p>
    <w:p>
      <w:pPr>
        <w:tabs>
          <w:tab w:pos="3685" w:val="right" w:leader="underscore"/>
          <w:tab w:pos="9921" w:val="right"/>
        </w:tabs>
        <w:spacing w:before="0" w:after="160"/>
      </w:pPr>
      <w:r>
        <w:rPr>
          <w:b w:val="0"/>
          <w:i w:val="0"/>
        </w:rPr>
        <w:t xml:space="preserve">г. </w:t>
      </w:r>
      <w:r>
        <w:tab/>
      </w:r>
      <w:r>
        <w:tab/>
        <w:t>«____» ______________ 20____ г.</w:t>
      </w:r>
    </w:p>
    <w:p>
      <w:pPr>
        <w:keepNext/>
        <w:spacing w:before="0" w:after="60"/>
      </w:pPr>
      <w:r>
        <w:rPr>
          <w:b w:val="0"/>
          <w:i w:val="0"/>
        </w:rPr>
        <w:t>Мы, нижеподписавшиеся, представитель Заказчика:</w:t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Наименование организации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Ф. И. О.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Должность </w:t>
      </w:r>
      <w:r>
        <w:tab/>
      </w:r>
    </w:p>
    <w:p>
      <w:pPr>
        <w:keepNext/>
        <w:spacing w:before="0" w:after="60"/>
      </w:pPr>
      <w:r>
        <w:rPr>
          <w:b w:val="0"/>
          <w:i w:val="0"/>
        </w:rPr>
        <w:t>и представитель Исполнителя:</w:t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Наименование организации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Ф. И. О.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Должность </w:t>
      </w:r>
      <w:r>
        <w:tab/>
      </w:r>
    </w:p>
    <w:p>
      <w:pPr>
        <w:spacing w:before="0" w:after="60"/>
      </w:pPr>
      <w:r>
        <w:rPr>
          <w:b w:val="0"/>
          <w:i w:val="0"/>
        </w:rPr>
        <w:t>составили настоящий Акт о проведении пусконаладочных работ по договору № ________ от ____________ и Заданию № ________ от ____________ в отношении следующего оборудования:</w:t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Тип оборудования, модель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Серийный номер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Гарантийный талон №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Адрес установки оборудования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spacing w:before="0" w:after="60"/>
      </w:pPr>
      <w:r>
        <w:rPr>
          <w:b w:val="0"/>
          <w:i w:val="0"/>
        </w:rPr>
        <w:t>Пусконаладочные работы проведены Исполнителем в полном объёме и в срок, установленный Заданием. Оборудование полностью укомплектовано (включая техническую документацию) и находится в исправном состоянии.</w:t>
      </w:r>
    </w:p>
    <w:p>
      <w:pPr>
        <w:spacing w:before="0" w:after="60"/>
      </w:pPr>
      <w:r>
        <w:rPr>
          <w:b w:val="0"/>
          <w:i w:val="0"/>
        </w:rPr>
        <w:t>Стоимость работ: ____________ руб., в т. ч. НДС ____________ руб. / НДС не облагается (нужное подчеркнуть).</w:t>
      </w:r>
    </w:p>
    <w:p>
      <w:pPr>
        <w:spacing w:before="0" w:after="60"/>
      </w:pPr>
      <w:r>
        <w:rPr>
          <w:b w:val="0"/>
          <w:i w:val="0"/>
        </w:rPr>
        <w:t>Представитель Заказчика подтверждает, что замечаний и претензий к выполнению работ не имеет.</w:t>
      </w:r>
    </w:p>
    <w:p>
      <w:pPr>
        <w:keepNext/>
        <w:spacing w:before="120" w:after="60"/>
      </w:pPr>
      <w:r>
        <w:rPr>
          <w:b/>
          <w:i w:val="0"/>
        </w:rPr>
        <w:t>Особые отметки (заполняет Исполнитель):</w:t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Замечания к состоянию рабочего помещения Заказчика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Нарушения техники безопасности в рабочем помещении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Другое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spacing w:before="0" w:after="60"/>
      </w:pPr>
      <w:r>
        <w:rPr>
          <w:b w:val="0"/>
          <w:i w:val="0"/>
        </w:rPr>
        <w:t>Настоящий Акт составлен в двух экземплярах, имеющих одинаковую юридическую силу, по одному для каждой из сторон.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61"/>
        <w:gridCol w:w="4961"/>
      </w:tblGrid>
      <w:tr>
        <w:tc>
          <w:tcPr>
            <w:tcW w:type="dxa" w:w="4961"/>
          </w:tcPr>
          <w:p>
            <w:pPr>
              <w:spacing w:before="160"/>
            </w:pPr>
            <w:r>
              <w:rPr>
                <w:b/>
              </w:rPr>
              <w:t>Работу сдал (Исполнитель)</w:t>
            </w:r>
          </w:p>
          <w:p>
            <w:pPr>
              <w:spacing w:before="0" w:after="60"/>
            </w:pPr>
            <w:r>
              <w:rPr>
                <w:b w:val="0"/>
                <w:i w:val="0"/>
              </w:rPr>
              <w:t>Должность ___________________________</w:t>
            </w:r>
          </w:p>
          <w:p>
            <w:pPr>
              <w:tabs>
                <w:tab w:pos="1941" w:val="right" w:leader="underscore"/>
                <w:tab w:pos="4450" w:val="right" w:leader="underscore"/>
              </w:tabs>
              <w:spacing w:before="0" w:after="0"/>
            </w:pPr>
            <w:r>
              <w:tab/>
              <w:t xml:space="preserve"> / </w:t>
            </w:r>
            <w:r>
              <w:tab/>
              <w:t xml:space="preserve"> /</w:t>
            </w:r>
          </w:p>
          <w:p>
            <w:pPr>
              <w:tabs>
                <w:tab w:pos="2310" w:val="left"/>
              </w:tabs>
              <w:spacing w:before="0" w:after="60"/>
            </w:pPr>
            <w:r>
              <w:rPr>
                <w:b w:val="0"/>
                <w:i/>
                <w:sz w:val="16"/>
              </w:rPr>
              <w:t>подпись</w:t>
            </w:r>
            <w:r>
              <w:rPr>
                <w:i/>
                <w:sz w:val="16"/>
              </w:rPr>
              <w:tab/>
              <w:t>Ф. И. О.</w:t>
            </w:r>
          </w:p>
          <w:p>
            <w:pPr>
              <w:spacing w:before="80" w:after="60"/>
            </w:pPr>
            <w:r>
              <w:rPr>
                <w:b w:val="0"/>
                <w:i w:val="0"/>
                <w:sz w:val="20"/>
              </w:rPr>
              <w:t>М.П. (при наличии)</w:t>
            </w:r>
          </w:p>
        </w:tc>
        <w:tc>
          <w:tcPr>
            <w:tcW w:type="dxa" w:w="4961"/>
          </w:tcPr>
          <w:p>
            <w:pPr>
              <w:spacing w:before="160"/>
            </w:pPr>
            <w:r>
              <w:rPr>
                <w:b/>
              </w:rPr>
              <w:t>Работу принял (Заказчик)</w:t>
            </w:r>
          </w:p>
          <w:p>
            <w:pPr>
              <w:spacing w:before="0" w:after="60"/>
            </w:pPr>
            <w:r>
              <w:rPr>
                <w:b w:val="0"/>
                <w:i w:val="0"/>
              </w:rPr>
              <w:t>Должность ___________________________</w:t>
            </w:r>
          </w:p>
          <w:p>
            <w:pPr>
              <w:tabs>
                <w:tab w:pos="1941" w:val="right" w:leader="underscore"/>
                <w:tab w:pos="4450" w:val="right" w:leader="underscore"/>
              </w:tabs>
              <w:spacing w:before="0" w:after="0"/>
            </w:pPr>
            <w:r>
              <w:tab/>
              <w:t xml:space="preserve"> / </w:t>
            </w:r>
            <w:r>
              <w:tab/>
              <w:t xml:space="preserve"> /</w:t>
            </w:r>
          </w:p>
          <w:p>
            <w:pPr>
              <w:tabs>
                <w:tab w:pos="2310" w:val="left"/>
              </w:tabs>
              <w:spacing w:before="0" w:after="60"/>
            </w:pPr>
            <w:r>
              <w:rPr>
                <w:b w:val="0"/>
                <w:i/>
                <w:sz w:val="16"/>
              </w:rPr>
              <w:t>подпись</w:t>
            </w:r>
            <w:r>
              <w:rPr>
                <w:i/>
                <w:sz w:val="16"/>
              </w:rPr>
              <w:tab/>
              <w:t>Ф. И. О.</w:t>
            </w:r>
          </w:p>
          <w:p>
            <w:pPr>
              <w:spacing w:before="80" w:after="60"/>
            </w:pPr>
            <w:r>
              <w:rPr>
                <w:b w:val="0"/>
                <w:i w:val="0"/>
                <w:sz w:val="20"/>
              </w:rPr>
              <w:t>М.П. (при наличии)</w:t>
            </w:r>
          </w:p>
        </w:tc>
      </w:tr>
    </w:tbl>
    <w:p>
      <w:pPr>
        <w:spacing w:before="0" w:after="0" w:line="20" w:lineRule="exact"/>
      </w:pPr>
    </w:p>
    <w:sectPr w:rsidR="00FC693F" w:rsidRPr="0006063C" w:rsidSect="00034616">
      <w:pgSz w:w="11906" w:h="16838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сдачи-приёмки пусконаладочных работ</dc:title>
  <dc:subject>Бланк для сервиса оборудования</dc:subject>
  <dc:creator>Сайнбизнес — signbusiness.ru</dc:creator>
  <cp:keywords>бланк, акт, сервис, пусконаладка, принтер</cp:keywords>
  <dc:description>Бланк из базы знаний портала signbusiness.ru (theory_print). Можно изменять под свою организацию.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