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/>
        <w:jc w:val="center"/>
      </w:pPr>
      <w:r>
        <w:rPr>
          <w:b/>
          <w:i w:val="0"/>
          <w:sz w:val="26"/>
        </w:rPr>
        <w:t>Акт № ________ о проведении диагностических и ремонтных работ</w:t>
      </w:r>
    </w:p>
    <w:p>
      <w:pPr>
        <w:tabs>
          <w:tab w:pos="3685" w:val="right" w:leader="underscore"/>
          <w:tab w:pos="9921" w:val="right"/>
        </w:tabs>
        <w:spacing w:before="0" w:after="160"/>
      </w:pPr>
      <w:r>
        <w:rPr>
          <w:b w:val="0"/>
          <w:i w:val="0"/>
        </w:rPr>
        <w:t xml:space="preserve">г. </w:t>
      </w:r>
      <w:r>
        <w:tab/>
      </w:r>
      <w:r>
        <w:tab/>
        <w:t>«____» ______________ 20____ г.</w:t>
      </w:r>
    </w:p>
    <w:p>
      <w:pPr>
        <w:keepNext/>
        <w:spacing w:before="0" w:after="60"/>
      </w:pPr>
      <w:r>
        <w:rPr>
          <w:b w:val="0"/>
          <w:i w:val="0"/>
        </w:rPr>
        <w:t>Мы, нижеподписавшиеся, представитель Заказчика:</w:t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Наименование организации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Ф. И. О.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Должность </w:t>
      </w:r>
      <w:r>
        <w:tab/>
      </w:r>
    </w:p>
    <w:p>
      <w:pPr>
        <w:keepNext/>
        <w:spacing w:before="0" w:after="60"/>
      </w:pPr>
      <w:r>
        <w:rPr>
          <w:b w:val="0"/>
          <w:i w:val="0"/>
        </w:rPr>
        <w:t>и представитель Исполнителя:</w:t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Наименование организации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Ф. И. О.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Должность </w:t>
      </w:r>
      <w:r>
        <w:tab/>
      </w:r>
    </w:p>
    <w:p>
      <w:pPr>
        <w:spacing w:before="0" w:after="60"/>
      </w:pPr>
      <w:r>
        <w:rPr>
          <w:b w:val="0"/>
          <w:i w:val="0"/>
        </w:rPr>
        <w:t>составили настоящий Акт о том, что специалист Исполнителя провёл диагностику и ремонт следующего оборудования по договору (заявке) № ________ от ____________:</w:t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Тип оборудования, модель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Серийный номер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Гарантийный талон № </w:t>
      </w:r>
      <w:r>
        <w:tab/>
      </w:r>
    </w:p>
    <w:p>
      <w:pPr>
        <w:spacing w:before="0" w:after="60"/>
      </w:pPr>
      <w:r>
        <w:rPr>
          <w:b w:val="0"/>
          <w:i w:val="0"/>
        </w:rPr>
        <w:t>Место проведения работ (нужное отметить):</w:t>
      </w:r>
    </w:p>
    <w:p>
      <w:pPr>
        <w:tabs>
          <w:tab w:pos="9921" w:val="right" w:leader="underscore"/>
        </w:tabs>
        <w:spacing w:before="0" w:after="60"/>
        <w:ind w:left="397" w:hanging="397"/>
      </w:pPr>
      <w:r>
        <w:rPr>
          <w:rFonts w:ascii="Segoe UI Symbol" w:hAnsi="Segoe UI Symbol" w:eastAsia="Segoe UI Symbol"/>
        </w:rPr>
        <w:t xml:space="preserve">☐ </w:t>
      </w:r>
      <w:r>
        <w:t xml:space="preserve">на территории Заказчика по адресу </w:t>
      </w:r>
      <w:r>
        <w:tab/>
      </w:r>
    </w:p>
    <w:p>
      <w:pPr>
        <w:tabs>
          <w:tab w:pos="9921" w:val="right" w:leader="underscore"/>
        </w:tabs>
        <w:spacing w:before="0" w:after="60"/>
        <w:ind w:left="397" w:hanging="397"/>
      </w:pPr>
      <w:r>
        <w:rPr>
          <w:rFonts w:ascii="Segoe UI Symbol" w:hAnsi="Segoe UI Symbol" w:eastAsia="Segoe UI Symbol"/>
        </w:rPr>
        <w:t xml:space="preserve">☐ </w:t>
      </w:r>
      <w:r>
        <w:t xml:space="preserve">на территории Исполнителя по адресу </w:t>
      </w:r>
      <w:r>
        <w:tab/>
      </w:r>
    </w:p>
    <w:p>
      <w:pPr>
        <w:keepNext/>
        <w:spacing w:before="120" w:after="60"/>
      </w:pPr>
      <w:r>
        <w:rPr>
          <w:b/>
          <w:i w:val="0"/>
        </w:rPr>
        <w:t>1. Признаки неисправности и замечания по работе оборудования до ремонта:</w:t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keepNext/>
        <w:spacing w:before="120" w:after="60"/>
      </w:pPr>
      <w:r>
        <w:rPr>
          <w:b/>
          <w:i w:val="0"/>
        </w:rPr>
        <w:t>2. Проведённая диагностика и выявленная причина неисправности:</w:t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keepNext/>
        <w:spacing w:before="120" w:after="60"/>
      </w:pPr>
      <w:r>
        <w:rPr>
          <w:b/>
          <w:i w:val="0"/>
        </w:rPr>
        <w:t>3. Перечень выполненных ремонтных работ:</w:t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keepNext/>
        <w:spacing w:before="120" w:after="60"/>
      </w:pPr>
      <w:r>
        <w:rPr>
          <w:b/>
          <w:i w:val="0"/>
        </w:rPr>
        <w:t>4. Заменённые детали и использованные запасные части:</w:t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keepNext/>
        <w:spacing w:before="120" w:after="60"/>
      </w:pPr>
      <w:r>
        <w:rPr>
          <w:b/>
          <w:i w:val="0"/>
        </w:rPr>
        <w:t>5. Дополнительные сведения:</w:t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Температура в рабочем помещении, °C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Относительная влажность в рабочем помещении, % </w:t>
      </w:r>
      <w:r>
        <w:tab/>
      </w:r>
    </w:p>
    <w:p>
      <w:pPr>
        <w:spacing w:before="0" w:after="60"/>
      </w:pPr>
      <w:r>
        <w:rPr>
          <w:b w:val="0"/>
          <w:i w:val="0"/>
        </w:rPr>
        <w:t>Нарушения правил эксплуатации оборудования (состояние помещения и оборудования, отсутствие заземления, накопление статического электричества, нестабильность электросети и прочее):</w:t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keepNext/>
        <w:spacing w:before="120" w:after="60"/>
      </w:pPr>
      <w:r>
        <w:rPr>
          <w:b/>
          <w:i w:val="0"/>
        </w:rPr>
        <w:t>6. Стоимость ремонтных работ и запасных частей (нужное отметить):</w:t>
      </w:r>
    </w:p>
    <w:p>
      <w:pPr>
        <w:spacing w:before="0" w:after="60"/>
        <w:ind w:left="397" w:hanging="397"/>
      </w:pPr>
      <w:r>
        <w:rPr>
          <w:rFonts w:ascii="Segoe UI Symbol" w:hAnsi="Segoe UI Symbol" w:eastAsia="Segoe UI Symbol"/>
        </w:rPr>
        <w:t xml:space="preserve">☐ </w:t>
      </w:r>
      <w:r>
        <w:t>по гарантии — без оплаты;</w:t>
      </w:r>
    </w:p>
    <w:p>
      <w:pPr>
        <w:spacing w:before="0" w:after="60"/>
        <w:ind w:left="397" w:hanging="397"/>
      </w:pPr>
      <w:r>
        <w:rPr>
          <w:rFonts w:ascii="Segoe UI Symbol" w:hAnsi="Segoe UI Symbol" w:eastAsia="Segoe UI Symbol"/>
        </w:rPr>
        <w:t xml:space="preserve">☐ </w:t>
      </w:r>
      <w:r>
        <w:t>оплачивает Заказчик по отдельному счёту: ____________ руб., в т. ч. НДС ____________ руб. / НДС не облагается (нужное подчеркнуть).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61"/>
        <w:gridCol w:w="4961"/>
      </w:tblGrid>
      <w:tr>
        <w:tc>
          <w:tcPr>
            <w:tcW w:type="dxa" w:w="4961"/>
          </w:tcPr>
          <w:p>
            <w:pPr>
              <w:spacing w:before="160"/>
            </w:pPr>
            <w:r>
              <w:rPr>
                <w:b/>
              </w:rPr>
              <w:t>Исполнитель</w:t>
            </w:r>
          </w:p>
          <w:p>
            <w:pPr>
              <w:tabs>
                <w:tab w:pos="1941" w:val="right" w:leader="underscore"/>
                <w:tab w:pos="4450" w:val="right" w:leader="underscore"/>
              </w:tabs>
              <w:spacing w:before="0" w:after="0"/>
            </w:pPr>
            <w:r>
              <w:tab/>
              <w:t xml:space="preserve"> / </w:t>
            </w:r>
            <w:r>
              <w:tab/>
              <w:t xml:space="preserve"> /</w:t>
            </w:r>
          </w:p>
          <w:p>
            <w:pPr>
              <w:tabs>
                <w:tab w:pos="2310" w:val="left"/>
              </w:tabs>
              <w:spacing w:before="0" w:after="60"/>
            </w:pPr>
            <w:r>
              <w:rPr>
                <w:b w:val="0"/>
                <w:i/>
                <w:sz w:val="16"/>
              </w:rPr>
              <w:t>подпись</w:t>
            </w:r>
            <w:r>
              <w:rPr>
                <w:i/>
                <w:sz w:val="16"/>
              </w:rPr>
              <w:tab/>
              <w:t>Ф. И. О.</w:t>
            </w:r>
          </w:p>
        </w:tc>
        <w:tc>
          <w:tcPr>
            <w:tcW w:type="dxa" w:w="4961"/>
          </w:tcPr>
          <w:p>
            <w:pPr>
              <w:spacing w:before="160"/>
            </w:pPr>
            <w:r>
              <w:rPr>
                <w:b/>
              </w:rPr>
              <w:t>Заказчик</w:t>
            </w:r>
          </w:p>
          <w:p>
            <w:pPr>
              <w:tabs>
                <w:tab w:pos="1941" w:val="right" w:leader="underscore"/>
                <w:tab w:pos="4450" w:val="right" w:leader="underscore"/>
              </w:tabs>
              <w:spacing w:before="0" w:after="0"/>
            </w:pPr>
            <w:r>
              <w:tab/>
              <w:t xml:space="preserve"> / </w:t>
            </w:r>
            <w:r>
              <w:tab/>
              <w:t xml:space="preserve"> /</w:t>
            </w:r>
          </w:p>
          <w:p>
            <w:pPr>
              <w:tabs>
                <w:tab w:pos="2310" w:val="left"/>
              </w:tabs>
              <w:spacing w:before="0" w:after="60"/>
            </w:pPr>
            <w:r>
              <w:rPr>
                <w:b w:val="0"/>
                <w:i/>
                <w:sz w:val="16"/>
              </w:rPr>
              <w:t>подпись</w:t>
            </w:r>
            <w:r>
              <w:rPr>
                <w:i/>
                <w:sz w:val="16"/>
              </w:rPr>
              <w:tab/>
              <w:t>Ф. И. О.</w:t>
            </w:r>
          </w:p>
        </w:tc>
      </w:tr>
    </w:tbl>
    <w:p>
      <w:pPr>
        <w:spacing w:before="0" w:after="40"/>
      </w:pPr>
    </w:p>
    <w:p>
      <w:pPr>
        <w:keepNext/>
        <w:spacing w:before="120" w:after="60"/>
      </w:pPr>
      <w:r>
        <w:rPr>
          <w:b/>
          <w:i w:val="0"/>
        </w:rPr>
        <w:t>7. Замечания по работе оборудования после ремонта:</w:t>
      </w:r>
    </w:p>
    <w:p>
      <w:pPr>
        <w:spacing w:before="0" w:after="60"/>
      </w:pPr>
      <w:r>
        <w:rPr>
          <w:b w:val="0"/>
          <w:i w:val="0"/>
        </w:rPr>
        <w:t>Со стороны Заказчика:</w:t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spacing w:before="0" w:after="60"/>
      </w:pPr>
      <w:r>
        <w:rPr>
          <w:b w:val="0"/>
          <w:i w:val="0"/>
        </w:rPr>
        <w:t>Со стороны Исполнителя:</w:t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spacing w:before="0" w:after="60"/>
      </w:pPr>
      <w:r>
        <w:rPr>
          <w:b w:val="0"/>
          <w:i w:val="0"/>
        </w:rPr>
        <w:t>Представитель Заказчика подтверждает, что других замечаний и претензий не имеет.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61"/>
        <w:gridCol w:w="4961"/>
      </w:tblGrid>
      <w:tr>
        <w:tc>
          <w:tcPr>
            <w:tcW w:type="dxa" w:w="4961"/>
          </w:tcPr>
          <w:p>
            <w:pPr>
              <w:spacing w:before="160"/>
            </w:pPr>
            <w:r>
              <w:rPr>
                <w:b/>
              </w:rPr>
              <w:t>Исполнитель</w:t>
            </w:r>
          </w:p>
          <w:p>
            <w:pPr>
              <w:tabs>
                <w:tab w:pos="1941" w:val="right" w:leader="underscore"/>
                <w:tab w:pos="4450" w:val="right" w:leader="underscore"/>
              </w:tabs>
              <w:spacing w:before="0" w:after="0"/>
            </w:pPr>
            <w:r>
              <w:tab/>
              <w:t xml:space="preserve"> / </w:t>
            </w:r>
            <w:r>
              <w:tab/>
              <w:t xml:space="preserve"> /</w:t>
            </w:r>
          </w:p>
          <w:p>
            <w:pPr>
              <w:tabs>
                <w:tab w:pos="2310" w:val="left"/>
              </w:tabs>
              <w:spacing w:before="0" w:after="60"/>
            </w:pPr>
            <w:r>
              <w:rPr>
                <w:b w:val="0"/>
                <w:i/>
                <w:sz w:val="16"/>
              </w:rPr>
              <w:t>подпись</w:t>
            </w:r>
            <w:r>
              <w:rPr>
                <w:i/>
                <w:sz w:val="16"/>
              </w:rPr>
              <w:tab/>
              <w:t>Ф. И. О.</w:t>
            </w:r>
          </w:p>
        </w:tc>
        <w:tc>
          <w:tcPr>
            <w:tcW w:type="dxa" w:w="4961"/>
          </w:tcPr>
          <w:p>
            <w:pPr>
              <w:spacing w:before="160"/>
            </w:pPr>
            <w:r>
              <w:rPr>
                <w:b/>
              </w:rPr>
              <w:t>Заказчик</w:t>
            </w:r>
          </w:p>
          <w:p>
            <w:pPr>
              <w:tabs>
                <w:tab w:pos="1941" w:val="right" w:leader="underscore"/>
                <w:tab w:pos="4450" w:val="right" w:leader="underscore"/>
              </w:tabs>
              <w:spacing w:before="0" w:after="0"/>
            </w:pPr>
            <w:r>
              <w:tab/>
              <w:t xml:space="preserve"> / </w:t>
            </w:r>
            <w:r>
              <w:tab/>
              <w:t xml:space="preserve"> /</w:t>
            </w:r>
          </w:p>
          <w:p>
            <w:pPr>
              <w:tabs>
                <w:tab w:pos="2310" w:val="left"/>
              </w:tabs>
              <w:spacing w:before="0" w:after="60"/>
            </w:pPr>
            <w:r>
              <w:rPr>
                <w:b w:val="0"/>
                <w:i/>
                <w:sz w:val="16"/>
              </w:rPr>
              <w:t>подпись</w:t>
            </w:r>
            <w:r>
              <w:rPr>
                <w:i/>
                <w:sz w:val="16"/>
              </w:rPr>
              <w:tab/>
              <w:t>Ф. И. О.</w:t>
            </w:r>
          </w:p>
        </w:tc>
      </w:tr>
    </w:tbl>
    <w:p>
      <w:pPr>
        <w:spacing w:before="0" w:after="40"/>
      </w:pPr>
    </w:p>
    <w:p>
      <w:pPr>
        <w:keepNext/>
        <w:spacing w:before="120" w:after="60"/>
      </w:pPr>
      <w:r>
        <w:rPr>
          <w:b/>
          <w:i w:val="0"/>
        </w:rPr>
        <w:t>8. Мероприятия по устранению замечаний, выявленных после ремонта, и сроки их выполнения:</w:t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spacing w:before="0" w:after="60"/>
      </w:pPr>
      <w:r>
        <w:rPr>
          <w:b w:val="0"/>
          <w:i w:val="0"/>
        </w:rPr>
        <w:t>Исполнитель оставляет за собой право дать официальное заключение о невозможности устранить замечания, если оборудование эксплуатировалось с нарушениями или если необоснованность претензий Заказчика подтверждается технической документацией производителя оборудования.</w:t>
      </w:r>
    </w:p>
    <w:p>
      <w:pPr>
        <w:spacing w:before="0" w:after="60"/>
      </w:pPr>
      <w:r>
        <w:rPr>
          <w:b w:val="0"/>
          <w:i w:val="0"/>
        </w:rPr>
        <w:t>Настоящий Акт составлен в двух экземплярах, имеющих одинаковую юридическую силу, по одному для каждой из сторон.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61"/>
        <w:gridCol w:w="4961"/>
      </w:tblGrid>
      <w:tr>
        <w:tc>
          <w:tcPr>
            <w:tcW w:type="dxa" w:w="4961"/>
          </w:tcPr>
          <w:p>
            <w:pPr>
              <w:spacing w:before="160"/>
            </w:pPr>
            <w:r>
              <w:rPr>
                <w:b/>
              </w:rPr>
              <w:t>Исполнитель</w:t>
            </w:r>
          </w:p>
          <w:p>
            <w:pPr>
              <w:spacing w:before="0" w:after="60"/>
            </w:pPr>
            <w:r>
              <w:rPr>
                <w:b w:val="0"/>
                <w:i w:val="0"/>
              </w:rPr>
              <w:t>Должность ___________________________</w:t>
            </w:r>
          </w:p>
          <w:p>
            <w:pPr>
              <w:tabs>
                <w:tab w:pos="1941" w:val="right" w:leader="underscore"/>
                <w:tab w:pos="4450" w:val="right" w:leader="underscore"/>
              </w:tabs>
              <w:spacing w:before="0" w:after="0"/>
            </w:pPr>
            <w:r>
              <w:tab/>
              <w:t xml:space="preserve"> / </w:t>
            </w:r>
            <w:r>
              <w:tab/>
              <w:t xml:space="preserve"> /</w:t>
            </w:r>
          </w:p>
          <w:p>
            <w:pPr>
              <w:tabs>
                <w:tab w:pos="2310" w:val="left"/>
              </w:tabs>
              <w:spacing w:before="0" w:after="60"/>
            </w:pPr>
            <w:r>
              <w:rPr>
                <w:b w:val="0"/>
                <w:i/>
                <w:sz w:val="16"/>
              </w:rPr>
              <w:t>подпись</w:t>
            </w:r>
            <w:r>
              <w:rPr>
                <w:i/>
                <w:sz w:val="16"/>
              </w:rPr>
              <w:tab/>
              <w:t>Ф. И. О.</w:t>
            </w:r>
          </w:p>
          <w:p>
            <w:pPr>
              <w:spacing w:before="80" w:after="60"/>
            </w:pPr>
            <w:r>
              <w:rPr>
                <w:b w:val="0"/>
                <w:i w:val="0"/>
                <w:sz w:val="20"/>
              </w:rPr>
              <w:t>М.П. (при наличии)</w:t>
            </w:r>
          </w:p>
        </w:tc>
        <w:tc>
          <w:tcPr>
            <w:tcW w:type="dxa" w:w="4961"/>
          </w:tcPr>
          <w:p>
            <w:pPr>
              <w:spacing w:before="160"/>
            </w:pPr>
            <w:r>
              <w:rPr>
                <w:b/>
              </w:rPr>
              <w:t>Заказчик</w:t>
            </w:r>
          </w:p>
          <w:p>
            <w:pPr>
              <w:spacing w:before="0" w:after="60"/>
            </w:pPr>
            <w:r>
              <w:rPr>
                <w:b w:val="0"/>
                <w:i w:val="0"/>
              </w:rPr>
              <w:t>Должность ___________________________</w:t>
            </w:r>
          </w:p>
          <w:p>
            <w:pPr>
              <w:tabs>
                <w:tab w:pos="1941" w:val="right" w:leader="underscore"/>
                <w:tab w:pos="4450" w:val="right" w:leader="underscore"/>
              </w:tabs>
              <w:spacing w:before="0" w:after="0"/>
            </w:pPr>
            <w:r>
              <w:tab/>
              <w:t xml:space="preserve"> / </w:t>
            </w:r>
            <w:r>
              <w:tab/>
              <w:t xml:space="preserve"> /</w:t>
            </w:r>
          </w:p>
          <w:p>
            <w:pPr>
              <w:tabs>
                <w:tab w:pos="2310" w:val="left"/>
              </w:tabs>
              <w:spacing w:before="0" w:after="60"/>
            </w:pPr>
            <w:r>
              <w:rPr>
                <w:b w:val="0"/>
                <w:i/>
                <w:sz w:val="16"/>
              </w:rPr>
              <w:t>подпись</w:t>
            </w:r>
            <w:r>
              <w:rPr>
                <w:i/>
                <w:sz w:val="16"/>
              </w:rPr>
              <w:tab/>
              <w:t>Ф. И. О.</w:t>
            </w:r>
          </w:p>
          <w:p>
            <w:pPr>
              <w:spacing w:before="80" w:after="60"/>
            </w:pPr>
            <w:r>
              <w:rPr>
                <w:b w:val="0"/>
                <w:i w:val="0"/>
                <w:sz w:val="20"/>
              </w:rPr>
              <w:t>М.П. (при наличии)</w:t>
            </w:r>
          </w:p>
        </w:tc>
      </w:tr>
    </w:tbl>
    <w:p>
      <w:pPr>
        <w:spacing w:before="0" w:after="0" w:line="20" w:lineRule="exact"/>
      </w:pPr>
    </w:p>
    <w:sectPr w:rsidR="00FC693F" w:rsidRPr="0006063C" w:rsidSect="00034616">
      <w:pgSz w:w="11906" w:h="16838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проведении диагностических и ремонтных работ</dc:title>
  <dc:subject>Бланк для сервиса оборудования</dc:subject>
  <dc:creator>Сайнбизнес — signbusiness.ru</dc:creator>
  <cp:keywords>бланк, акт, сервис, пусконаладка, принтер</cp:keywords>
  <dc:description>Бланк из базы знаний портала signbusiness.ru (theory_print). Можно изменять под свою организацию.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